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140" w:after="40"/>
        <w:jc w:val="center"/>
        <w:rPr>
          <w:lang w:val="it-IT"/>
        </w:rPr>
      </w:pPr>
      <w:r>
        <w:rPr>
          <w:b/>
          <w:color w:val="1F4E79"/>
          <w:sz w:val="30"/>
          <w:lang w:val="it-IT"/>
        </w:rPr>
        <w:t>CONTRIBUTO</w:t>
      </w:r>
    </w:p>
    <w:p>
      <w:pPr>
        <w:pStyle w:val="Normal"/>
        <w:spacing w:before="0" w:after="140"/>
        <w:jc w:val="center"/>
        <w:rPr>
          <w:lang w:val="it-IT"/>
        </w:rPr>
      </w:pPr>
      <w:r>
        <w:rPr>
          <w:b/>
          <w:sz w:val="22"/>
          <w:lang w:val="it-IT"/>
        </w:rPr>
        <w:t>RELATIVO ALL’AVVIO DEL PROCEDIMENTO PER LA</w:t>
      </w:r>
      <w:r>
        <w:rPr>
          <w:b/>
          <w:sz w:val="22"/>
          <w:lang w:val="it-IT"/>
        </w:rPr>
        <w:t xml:space="preserve"> FORMAZIONE DEL </w:t>
      </w:r>
      <w:r>
        <w:rPr>
          <w:b/>
          <w:sz w:val="22"/>
          <w:lang w:val="it-IT"/>
        </w:rPr>
        <w:t xml:space="preserve">NUOVO </w:t>
      </w:r>
      <w:r>
        <w:rPr>
          <w:b/>
          <w:sz w:val="22"/>
          <w:lang w:val="it-IT"/>
        </w:rPr>
        <w:t xml:space="preserve">PIANO OPERATIVO </w:t>
      </w:r>
      <w:r>
        <w:rPr>
          <w:b/>
          <w:sz w:val="22"/>
          <w:lang w:val="it-IT"/>
        </w:rPr>
        <w:t>DEL COMUNE DI PIENZA</w:t>
      </w:r>
    </w:p>
    <w:p>
      <w:pPr>
        <w:pStyle w:val="SectionHead"/>
        <w:keepNext w:val="true"/>
        <w:rPr>
          <w:lang w:val="it-IT"/>
        </w:rPr>
      </w:pPr>
      <w:r>
        <w:rPr>
          <w:lang w:val="it-IT"/>
        </w:rPr>
        <w:t>1. PROPONENTE</w:t>
      </w:r>
    </w:p>
    <w:p>
      <w:pPr>
        <w:pStyle w:val="Normal"/>
        <w:spacing w:before="0" w:after="60"/>
        <w:rPr>
          <w:lang w:val="it-IT"/>
        </w:rPr>
      </w:pPr>
      <w:r>
        <w:rPr>
          <w:b/>
          <w:lang w:val="it-IT"/>
        </w:rPr>
        <w:t>Nome e cognome / Denominazione</w:t>
      </w:r>
    </w:p>
    <w:p>
      <w:pPr>
        <w:pStyle w:val="Normal"/>
        <w:spacing w:before="0" w:after="40"/>
        <w:rPr>
          <w:lang w:val="it-IT"/>
        </w:rPr>
      </w:pPr>
      <w:r>
        <w:rPr>
          <w:color w:val="969696"/>
          <w:sz w:val="17"/>
          <w:lang w:val="it-IT"/>
        </w:rPr>
        <w:t>________________________________________________________________________________</w:t>
      </w:r>
    </w:p>
    <w:p>
      <w:pPr>
        <w:pStyle w:val="Normal"/>
        <w:spacing w:before="0" w:after="60"/>
        <w:rPr>
          <w:lang w:val="it-IT"/>
        </w:rPr>
      </w:pPr>
      <w:r>
        <w:rPr>
          <w:b/>
          <w:lang w:val="it-IT"/>
        </w:rPr>
        <w:t xml:space="preserve">Recapito e-mail o PEC </w:t>
      </w:r>
      <w:r>
        <w:rPr>
          <w:i/>
          <w:color w:val="5A5A5A"/>
          <w:lang w:val="it-IT"/>
        </w:rPr>
        <w:t>(consigliato per eventuali comunicazioni)</w:t>
      </w:r>
    </w:p>
    <w:p>
      <w:pPr>
        <w:pStyle w:val="Normal"/>
        <w:spacing w:before="0" w:after="40"/>
        <w:rPr>
          <w:lang w:val="it-IT"/>
        </w:rPr>
      </w:pPr>
      <w:r>
        <w:rPr>
          <w:color w:val="969696"/>
          <w:sz w:val="17"/>
          <w:lang w:val="it-IT"/>
        </w:rPr>
        <w:t>________________________________________________________________________________</w:t>
      </w:r>
    </w:p>
    <w:p>
      <w:pPr>
        <w:pStyle w:val="Normal"/>
        <w:spacing w:before="0" w:after="60"/>
        <w:rPr>
          <w:lang w:val="it-IT"/>
        </w:rPr>
      </w:pPr>
      <w:r>
        <w:rPr>
          <w:b/>
          <w:lang w:val="it-IT"/>
        </w:rPr>
        <w:t xml:space="preserve">Telefono </w:t>
      </w:r>
      <w:r>
        <w:rPr>
          <w:i/>
          <w:color w:val="5A5A5A"/>
          <w:lang w:val="it-IT"/>
        </w:rPr>
        <w:t>(facoltativo)</w:t>
      </w:r>
    </w:p>
    <w:p>
      <w:pPr>
        <w:pStyle w:val="Normal"/>
        <w:spacing w:before="0" w:after="40"/>
        <w:rPr>
          <w:lang w:val="it-IT"/>
        </w:rPr>
      </w:pPr>
      <w:r>
        <w:rPr>
          <w:color w:val="969696"/>
          <w:sz w:val="17"/>
          <w:lang w:val="it-IT"/>
        </w:rPr>
        <w:t>________________________________________________________________________________</w:t>
      </w:r>
    </w:p>
    <w:p>
      <w:pPr>
        <w:pStyle w:val="Normal"/>
        <w:spacing w:before="0" w:after="80"/>
        <w:rPr>
          <w:lang w:val="it-IT"/>
        </w:rPr>
      </w:pPr>
      <w:r>
        <w:rPr>
          <w:sz w:val="18"/>
        </w:rPr>
        <w:t>In qualità di:</w:t>
      </w:r>
    </w:p>
    <w:p>
      <w:pPr>
        <w:pStyle w:val="Normal"/>
        <w:spacing w:before="0" w:after="80"/>
        <w:rPr>
          <w:lang w:val="it-IT"/>
        </w:rPr>
      </w:pPr>
      <w:r>
        <w:rPr>
          <w:sz w:val="18"/>
        </w:rPr>
        <w:t xml:space="preserve">☐ </w:t>
      </w:r>
      <w:r>
        <w:rPr>
          <w:sz w:val="18"/>
        </w:rPr>
        <w:t xml:space="preserve">Persona fisica     ☐ Associazione/Comitato        ☐ Professionista     ☐ Altro </w:t>
      </w:r>
      <w:r>
        <w:rPr>
          <w:sz w:val="18"/>
        </w:rPr>
        <w:t>(specificare)_____________________________</w:t>
      </w:r>
      <w:r>
        <w:rPr>
          <w:sz w:val="18"/>
        </w:rPr>
        <w:t xml:space="preserve"> ☐ Legale</w:t>
      </w:r>
      <w:r>
        <w:rPr>
          <w:sz w:val="18"/>
        </w:rPr>
        <w:t xml:space="preserve"> rappresentante (indicare il nome della società, Ente/Organizzazione, e la sede)________________________________</w:t>
      </w:r>
    </w:p>
    <w:p>
      <w:pPr>
        <w:pStyle w:val="Normal"/>
        <w:spacing w:before="0" w:after="80"/>
        <w:rPr>
          <w:lang w:val="it-IT"/>
        </w:rPr>
      </w:pPr>
      <w:r>
        <w:rPr/>
        <w:t xml:space="preserve">☐ </w:t>
      </w:r>
      <w:r>
        <w:rPr/>
        <w:t>delegato (indicare nome, cognome e indirizzo del delegante e allegare la delega firmata corredata da un documento di identità)</w:t>
      </w:r>
    </w:p>
    <w:p>
      <w:pPr>
        <w:pStyle w:val="Normal"/>
        <w:spacing w:before="0" w:after="80"/>
        <w:rPr>
          <w:lang w:val="it-IT"/>
        </w:rPr>
      </w:pPr>
      <w:r>
        <w:rPr/>
        <w:t>________________________________________________________________________________________________________</w:t>
      </w:r>
    </w:p>
    <w:p>
      <w:pPr>
        <w:pStyle w:val="Normal"/>
        <w:spacing w:before="0" w:after="40"/>
        <w:rPr>
          <w:lang w:val="it-IT"/>
        </w:rPr>
      </w:pPr>
      <w:r>
        <w:rPr>
          <w:color w:val="969696"/>
          <w:sz w:val="17"/>
          <w:lang w:val="it-IT"/>
        </w:rPr>
      </w:r>
    </w:p>
    <w:p>
      <w:pPr>
        <w:pStyle w:val="SectionHead"/>
        <w:rPr>
          <w:lang w:val="it-IT"/>
        </w:rPr>
      </w:pPr>
      <w:r>
        <w:rPr>
          <w:lang w:val="it-IT"/>
        </w:rPr>
        <w:t>2. OGGETTO E LOCALIZZAZIONE</w:t>
      </w:r>
    </w:p>
    <w:p>
      <w:pPr>
        <w:pStyle w:val="Normal"/>
        <w:spacing w:before="0" w:after="60"/>
        <w:rPr>
          <w:lang w:val="it-IT"/>
        </w:rPr>
      </w:pPr>
      <w:r>
        <w:rPr>
          <w:b/>
          <w:lang w:val="it-IT"/>
        </w:rPr>
        <w:t>Titolo sintetico del contributo</w:t>
      </w:r>
    </w:p>
    <w:p>
      <w:pPr>
        <w:pStyle w:val="Normal"/>
        <w:spacing w:before="0" w:after="40"/>
        <w:rPr>
          <w:lang w:val="it-IT"/>
        </w:rPr>
      </w:pPr>
      <w:r>
        <w:rPr>
          <w:color w:val="969696"/>
          <w:sz w:val="17"/>
          <w:lang w:val="it-IT"/>
        </w:rPr>
        <w:t>________________________________________________________________________________</w:t>
      </w:r>
    </w:p>
    <w:p>
      <w:pPr>
        <w:pStyle w:val="Normal"/>
        <w:spacing w:before="0" w:after="60"/>
        <w:rPr>
          <w:lang w:val="it-IT"/>
        </w:rPr>
      </w:pPr>
      <w:r>
        <w:rPr>
          <w:b/>
          <w:lang w:val="it-IT"/>
        </w:rPr>
        <w:t xml:space="preserve">Località / indirizzo / area interessata </w:t>
      </w:r>
      <w:r>
        <w:rPr>
          <w:i/>
          <w:color w:val="5A5A5A"/>
          <w:lang w:val="it-IT"/>
        </w:rPr>
        <w:t>(se riferito a un luogo specifico)</w:t>
      </w:r>
    </w:p>
    <w:p>
      <w:pPr>
        <w:pStyle w:val="Normal"/>
        <w:spacing w:before="0" w:after="40"/>
        <w:rPr>
          <w:lang w:val="it-IT"/>
        </w:rPr>
      </w:pPr>
      <w:r>
        <w:rPr>
          <w:color w:val="969696"/>
          <w:sz w:val="17"/>
          <w:lang w:val="it-IT"/>
        </w:rPr>
        <w:t>________________________________________________________________________________</w:t>
      </w:r>
    </w:p>
    <w:p>
      <w:pPr>
        <w:pStyle w:val="Normal"/>
        <w:spacing w:before="0" w:after="60"/>
        <w:rPr>
          <w:lang w:val="it-IT"/>
        </w:rPr>
      </w:pPr>
      <w:r>
        <w:rPr>
          <w:b/>
          <w:lang w:val="it-IT"/>
        </w:rPr>
        <w:t xml:space="preserve">Riferimenti catastali </w:t>
      </w:r>
      <w:r>
        <w:rPr>
          <w:i/>
          <w:color w:val="5A5A5A"/>
          <w:lang w:val="it-IT"/>
        </w:rPr>
        <w:t>( foglio/particella-</w:t>
      </w:r>
      <w:r>
        <w:rPr>
          <w:i/>
          <w:color w:val="5A5A5A"/>
          <w:lang w:val="it-IT"/>
        </w:rPr>
        <w:t>obbligatorioegare  per riferimenti puntuali</w:t>
      </w:r>
      <w:r>
        <w:rPr>
          <w:i/>
          <w:color w:val="5A5A5A"/>
          <w:lang w:val="it-IT"/>
        </w:rPr>
        <w:t>)</w:t>
      </w:r>
    </w:p>
    <w:p>
      <w:pPr>
        <w:pStyle w:val="Normal"/>
        <w:spacing w:before="0" w:after="40"/>
        <w:rPr>
          <w:lang w:val="it-IT"/>
        </w:rPr>
      </w:pPr>
      <w:r>
        <w:rPr>
          <w:color w:val="969696"/>
          <w:sz w:val="17"/>
          <w:lang w:val="it-IT"/>
        </w:rPr>
        <w:t>________________________________________________________________________________</w:t>
      </w:r>
    </w:p>
    <w:p>
      <w:pPr>
        <w:pStyle w:val="SectionHead"/>
        <w:rPr>
          <w:lang w:val="it-IT"/>
        </w:rPr>
      </w:pPr>
      <w:r>
        <w:rPr>
          <w:lang w:val="it-IT"/>
        </w:rPr>
        <w:t>3. TEMA DEL CONTRIBUTO</w:t>
      </w:r>
    </w:p>
    <w:tbl>
      <w:tblPr>
        <w:tblW w:w="10426" w:type="dxa"/>
        <w:jc w:val="center"/>
        <w:tblInd w:w="0" w:type="dxa"/>
        <w:tblLayout w:type="fixed"/>
        <w:tblCellMar>
          <w:top w:w="50" w:type="dxa"/>
          <w:start w:w="70" w:type="dxa"/>
          <w:bottom w:w="50" w:type="dxa"/>
          <w:end w:w="70" w:type="dxa"/>
        </w:tblCellMar>
        <w:tblLook w:val="04a0" w:firstRow="1" w:noVBand="1" w:lastRow="0" w:firstColumn="1" w:lastColumn="0" w:noHBand="0"/>
      </w:tblPr>
      <w:tblGrid>
        <w:gridCol w:w="5213"/>
        <w:gridCol w:w="5213"/>
      </w:tblGrid>
      <w:tr>
        <w:trPr/>
        <w:tc>
          <w:tcPr>
            <w:tcW w:w="5213" w:type="dxa"/>
            <w:tcBorders>
              <w:top w:val="single" w:sz="4" w:space="0" w:color="D0D0D0"/>
              <w:start w:val="single" w:sz="4" w:space="0" w:color="D0D0D0"/>
              <w:bottom w:val="single" w:sz="4" w:space="0" w:color="D0D0D0"/>
              <w:end w:val="single" w:sz="4" w:space="0" w:color="D0D0D0"/>
            </w:tcBorders>
          </w:tcPr>
          <w:p>
            <w:pPr>
              <w:pStyle w:val="Normal"/>
              <w:spacing w:before="0" w:after="0"/>
              <w:rPr>
                <w:lang w:val="it-IT"/>
              </w:rPr>
            </w:pPr>
            <w:r>
              <w:rPr>
                <w:sz w:val="17"/>
                <w:lang w:val="it-IT"/>
              </w:rPr>
              <w:t xml:space="preserve">☐ </w:t>
            </w:r>
            <w:r>
              <w:rPr>
                <w:sz w:val="17"/>
                <w:lang w:val="it-IT"/>
              </w:rPr>
              <w:t>Residenza, servizi e spazi pubblici</w:t>
            </w:r>
          </w:p>
        </w:tc>
        <w:tc>
          <w:tcPr>
            <w:tcW w:w="5213" w:type="dxa"/>
            <w:tcBorders>
              <w:top w:val="single" w:sz="4" w:space="0" w:color="D0D0D0"/>
              <w:start w:val="single" w:sz="4" w:space="0" w:color="D0D0D0"/>
              <w:bottom w:val="single" w:sz="4" w:space="0" w:color="D0D0D0"/>
              <w:end w:val="single" w:sz="4" w:space="0" w:color="D0D0D0"/>
            </w:tcBorders>
          </w:tcPr>
          <w:p>
            <w:pPr>
              <w:pStyle w:val="Normal"/>
              <w:spacing w:before="0" w:after="0"/>
              <w:rPr>
                <w:lang w:val="it-IT"/>
              </w:rPr>
            </w:pPr>
            <w:r>
              <w:rPr>
                <w:sz w:val="17"/>
                <w:lang w:val="it-IT"/>
              </w:rPr>
              <w:t xml:space="preserve">☐ </w:t>
            </w:r>
            <w:r>
              <w:rPr>
                <w:sz w:val="17"/>
                <w:lang w:val="it-IT"/>
              </w:rPr>
              <w:t>Mobilità, viabilità, parcheggi e percorsi</w:t>
            </w:r>
          </w:p>
        </w:tc>
      </w:tr>
      <w:tr>
        <w:trPr/>
        <w:tc>
          <w:tcPr>
            <w:tcW w:w="5213" w:type="dxa"/>
            <w:tcBorders>
              <w:top w:val="single" w:sz="4" w:space="0" w:color="D0D0D0"/>
              <w:start w:val="single" w:sz="4" w:space="0" w:color="D0D0D0"/>
              <w:bottom w:val="single" w:sz="4" w:space="0" w:color="D0D0D0"/>
              <w:end w:val="single" w:sz="4" w:space="0" w:color="D0D0D0"/>
            </w:tcBorders>
          </w:tcPr>
          <w:p>
            <w:pPr>
              <w:pStyle w:val="Normal"/>
              <w:spacing w:before="0" w:after="0"/>
              <w:rPr>
                <w:lang w:val="it-IT"/>
              </w:rPr>
            </w:pPr>
            <w:r>
              <w:rPr>
                <w:sz w:val="17"/>
                <w:lang w:val="it-IT"/>
              </w:rPr>
              <w:t xml:space="preserve">☐ </w:t>
            </w:r>
            <w:r>
              <w:rPr>
                <w:sz w:val="17"/>
                <w:lang w:val="it-IT"/>
              </w:rPr>
              <w:t>Attività economiche, produttive e turistiche</w:t>
            </w:r>
          </w:p>
        </w:tc>
        <w:tc>
          <w:tcPr>
            <w:tcW w:w="5213" w:type="dxa"/>
            <w:tcBorders>
              <w:top w:val="single" w:sz="4" w:space="0" w:color="D0D0D0"/>
              <w:start w:val="single" w:sz="4" w:space="0" w:color="D0D0D0"/>
              <w:bottom w:val="single" w:sz="4" w:space="0" w:color="D0D0D0"/>
              <w:end w:val="single" w:sz="4" w:space="0" w:color="D0D0D0"/>
            </w:tcBorders>
          </w:tcPr>
          <w:p>
            <w:pPr>
              <w:pStyle w:val="Normal"/>
              <w:spacing w:before="0" w:after="0"/>
              <w:rPr>
                <w:lang w:val="it-IT"/>
              </w:rPr>
            </w:pPr>
            <w:r>
              <w:rPr>
                <w:sz w:val="17"/>
                <w:lang w:val="it-IT"/>
              </w:rPr>
              <w:t xml:space="preserve">☐ </w:t>
            </w:r>
            <w:r>
              <w:rPr>
                <w:sz w:val="17"/>
                <w:lang w:val="it-IT"/>
              </w:rPr>
              <w:t>Territorio rurale e attività agricole</w:t>
            </w:r>
          </w:p>
        </w:tc>
      </w:tr>
      <w:tr>
        <w:trPr/>
        <w:tc>
          <w:tcPr>
            <w:tcW w:w="5213" w:type="dxa"/>
            <w:tcBorders>
              <w:top w:val="single" w:sz="4" w:space="0" w:color="D0D0D0"/>
              <w:start w:val="single" w:sz="4" w:space="0" w:color="D0D0D0"/>
              <w:bottom w:val="single" w:sz="4" w:space="0" w:color="D0D0D0"/>
              <w:end w:val="single" w:sz="4" w:space="0" w:color="D0D0D0"/>
            </w:tcBorders>
          </w:tcPr>
          <w:p>
            <w:pPr>
              <w:pStyle w:val="Normal"/>
              <w:spacing w:before="0" w:after="0"/>
              <w:rPr>
                <w:lang w:val="it-IT"/>
              </w:rPr>
            </w:pPr>
            <w:r>
              <w:rPr>
                <w:sz w:val="17"/>
                <w:lang w:val="it-IT"/>
              </w:rPr>
              <w:t xml:space="preserve">☐ </w:t>
            </w:r>
            <w:r>
              <w:rPr>
                <w:sz w:val="17"/>
                <w:lang w:val="it-IT"/>
              </w:rPr>
              <w:t>Recupero di edifici o aree dismesse</w:t>
            </w:r>
          </w:p>
        </w:tc>
        <w:tc>
          <w:tcPr>
            <w:tcW w:w="5213" w:type="dxa"/>
            <w:tcBorders>
              <w:top w:val="single" w:sz="4" w:space="0" w:color="D0D0D0"/>
              <w:start w:val="single" w:sz="4" w:space="0" w:color="D0D0D0"/>
              <w:bottom w:val="single" w:sz="4" w:space="0" w:color="D0D0D0"/>
              <w:end w:val="single" w:sz="4" w:space="0" w:color="D0D0D0"/>
            </w:tcBorders>
          </w:tcPr>
          <w:p>
            <w:pPr>
              <w:pStyle w:val="Normal"/>
              <w:spacing w:before="0" w:after="0"/>
              <w:rPr>
                <w:lang w:val="it-IT"/>
              </w:rPr>
            </w:pPr>
            <w:r>
              <w:rPr>
                <w:sz w:val="17"/>
                <w:lang w:val="it-IT"/>
              </w:rPr>
              <w:t xml:space="preserve">☐ </w:t>
            </w:r>
            <w:r>
              <w:rPr>
                <w:sz w:val="17"/>
                <w:lang w:val="it-IT"/>
              </w:rPr>
              <w:t>Ambiente, paesaggio e patrimonio storico</w:t>
            </w:r>
          </w:p>
        </w:tc>
      </w:tr>
      <w:tr>
        <w:trPr/>
        <w:tc>
          <w:tcPr>
            <w:tcW w:w="5213" w:type="dxa"/>
            <w:tcBorders>
              <w:top w:val="single" w:sz="4" w:space="0" w:color="D0D0D0"/>
              <w:start w:val="single" w:sz="4" w:space="0" w:color="D0D0D0"/>
              <w:bottom w:val="single" w:sz="4" w:space="0" w:color="D0D0D0"/>
              <w:end w:val="single" w:sz="4" w:space="0" w:color="D0D0D0"/>
            </w:tcBorders>
          </w:tcPr>
          <w:p>
            <w:pPr>
              <w:pStyle w:val="Normal"/>
              <w:spacing w:before="0" w:after="0"/>
              <w:rPr>
                <w:lang w:val="it-IT"/>
              </w:rPr>
            </w:pPr>
            <w:r>
              <w:rPr>
                <w:sz w:val="17"/>
                <w:lang w:val="it-IT"/>
              </w:rPr>
              <w:t xml:space="preserve">☐ </w:t>
            </w:r>
            <w:r>
              <w:rPr>
                <w:sz w:val="17"/>
                <w:lang w:val="it-IT"/>
              </w:rPr>
              <w:t>Altro: ________________________________</w:t>
            </w:r>
          </w:p>
        </w:tc>
        <w:tc>
          <w:tcPr>
            <w:tcW w:w="5213" w:type="dxa"/>
            <w:tcBorders>
              <w:top w:val="single" w:sz="4" w:space="0" w:color="D0D0D0"/>
              <w:start w:val="single" w:sz="4" w:space="0" w:color="D0D0D0"/>
              <w:bottom w:val="single" w:sz="4" w:space="0" w:color="D0D0D0"/>
              <w:end w:val="single" w:sz="4" w:space="0" w:color="D0D0D0"/>
            </w:tcBorders>
          </w:tcPr>
          <w:p>
            <w:pPr>
              <w:pStyle w:val="Normal"/>
              <w:spacing w:before="0" w:after="0"/>
              <w:rPr>
                <w:lang w:val="it-IT"/>
              </w:rPr>
            </w:pPr>
            <w:r>
              <w:rPr>
                <w:lang w:val="it-IT"/>
              </w:rPr>
            </w:r>
          </w:p>
        </w:tc>
      </w:tr>
    </w:tbl>
    <w:p>
      <w:pPr>
        <w:pStyle w:val="SectionHead"/>
        <w:spacing w:before="0" w:after="80"/>
        <w:rPr>
          <w:lang w:val="it-IT"/>
        </w:rPr>
      </w:pPr>
      <w:r>
        <w:rPr>
          <w:lang w:val="it-IT"/>
        </w:rPr>
      </w:r>
    </w:p>
    <w:p>
      <w:pPr>
        <w:pStyle w:val="SectionHead"/>
        <w:spacing w:before="0" w:after="80"/>
        <w:rPr>
          <w:lang w:val="it-IT"/>
        </w:rPr>
      </w:pPr>
      <w:r>
        <w:rPr>
          <w:lang w:val="it-IT"/>
        </w:rPr>
        <w:t>4. CONTRIBUTO</w:t>
      </w:r>
    </w:p>
    <w:p>
      <w:pPr>
        <w:pStyle w:val="Normal"/>
        <w:spacing w:before="0" w:after="80"/>
        <w:rPr>
          <w:lang w:val="it-IT"/>
        </w:rPr>
      </w:pPr>
      <w:r>
        <w:rPr>
          <w:b/>
          <w:lang w:val="it-IT"/>
        </w:rPr>
        <w:t>A. Situazione, esigenza, criticità o opportunità che si intende segnalare</w:t>
      </w:r>
    </w:p>
    <w:p>
      <w:pPr>
        <w:pStyle w:val="Normal"/>
        <w:spacing w:before="0" w:after="40"/>
        <w:rPr>
          <w:lang w:val="it-IT"/>
        </w:rPr>
      </w:pPr>
      <w:r>
        <w:rPr>
          <w:color w:val="969696"/>
          <w:sz w:val="17"/>
          <w:lang w:val="it-IT"/>
        </w:rPr>
        <w:t>________________________________________________________________________________</w:t>
      </w:r>
    </w:p>
    <w:p>
      <w:pPr>
        <w:pStyle w:val="Normal"/>
        <w:spacing w:before="0" w:after="40"/>
        <w:rPr>
          <w:lang w:val="it-IT"/>
        </w:rPr>
      </w:pPr>
      <w:r>
        <w:rPr>
          <w:color w:val="969696"/>
          <w:sz w:val="17"/>
          <w:lang w:val="it-IT"/>
        </w:rPr>
        <w:t>________________________________________________________________________________</w:t>
      </w:r>
    </w:p>
    <w:p>
      <w:pPr>
        <w:pStyle w:val="Normal"/>
        <w:spacing w:before="0" w:after="40"/>
        <w:rPr>
          <w:lang w:val="it-IT"/>
        </w:rPr>
      </w:pPr>
      <w:r>
        <w:rPr>
          <w:color w:val="969696"/>
          <w:sz w:val="17"/>
          <w:lang w:val="it-IT"/>
        </w:rPr>
        <w:t>________________________________________________________________________________</w:t>
      </w:r>
    </w:p>
    <w:p>
      <w:pPr>
        <w:pStyle w:val="Normal"/>
        <w:spacing w:before="0" w:after="40"/>
        <w:rPr>
          <w:lang w:val="it-IT"/>
        </w:rPr>
      </w:pPr>
      <w:r>
        <w:rPr>
          <w:color w:val="969696"/>
          <w:sz w:val="17"/>
          <w:lang w:val="it-IT"/>
        </w:rPr>
        <w:t>________________________________________________________________________________</w:t>
      </w:r>
    </w:p>
    <w:p>
      <w:pPr>
        <w:pStyle w:val="Normal"/>
        <w:spacing w:before="0" w:after="40"/>
        <w:rPr>
          <w:lang w:val="it-IT"/>
        </w:rPr>
      </w:pPr>
      <w:r>
        <w:rPr>
          <w:color w:val="969696"/>
          <w:sz w:val="17"/>
          <w:lang w:val="it-IT"/>
        </w:rPr>
        <w:t>________________________________________________________________________________</w:t>
      </w:r>
    </w:p>
    <w:p>
      <w:pPr>
        <w:pStyle w:val="Normal"/>
        <w:spacing w:before="100" w:after="80"/>
        <w:rPr>
          <w:lang w:val="it-IT"/>
        </w:rPr>
      </w:pPr>
      <w:r>
        <w:rPr>
          <w:b/>
          <w:lang w:val="it-IT"/>
        </w:rPr>
        <w:t>B. Proposta che si chiede al Comune di valutare</w:t>
      </w:r>
    </w:p>
    <w:p>
      <w:pPr>
        <w:pStyle w:val="Normal"/>
        <w:spacing w:before="0" w:after="40"/>
        <w:rPr>
          <w:lang w:val="it-IT"/>
        </w:rPr>
      </w:pPr>
      <w:r>
        <w:rPr>
          <w:color w:val="969696"/>
          <w:sz w:val="17"/>
          <w:lang w:val="it-IT"/>
        </w:rPr>
        <w:t>________________________________________________________________________________</w:t>
      </w:r>
    </w:p>
    <w:p>
      <w:pPr>
        <w:pStyle w:val="Normal"/>
        <w:spacing w:before="0" w:after="40"/>
        <w:rPr>
          <w:lang w:val="it-IT"/>
        </w:rPr>
      </w:pPr>
      <w:r>
        <w:rPr>
          <w:color w:val="969696"/>
          <w:sz w:val="17"/>
          <w:lang w:val="it-IT"/>
        </w:rPr>
        <w:t>________________________________________________________________________________</w:t>
      </w:r>
    </w:p>
    <w:p>
      <w:pPr>
        <w:pStyle w:val="Normal"/>
        <w:spacing w:before="0" w:after="40"/>
        <w:rPr>
          <w:lang w:val="it-IT"/>
        </w:rPr>
      </w:pPr>
      <w:r>
        <w:rPr>
          <w:color w:val="969696"/>
          <w:sz w:val="17"/>
          <w:lang w:val="it-IT"/>
        </w:rPr>
        <w:t>________________________________________________________________________________</w:t>
      </w:r>
    </w:p>
    <w:p>
      <w:pPr>
        <w:pStyle w:val="Normal"/>
        <w:spacing w:before="0" w:after="40"/>
        <w:rPr>
          <w:lang w:val="it-IT"/>
        </w:rPr>
      </w:pPr>
      <w:r>
        <w:rPr>
          <w:color w:val="969696"/>
          <w:sz w:val="17"/>
          <w:lang w:val="it-IT"/>
        </w:rPr>
        <w:t>________________________________________________________________________________</w:t>
      </w:r>
    </w:p>
    <w:p>
      <w:pPr>
        <w:pStyle w:val="Normal"/>
        <w:spacing w:before="0" w:after="40"/>
        <w:rPr>
          <w:lang w:val="it-IT"/>
        </w:rPr>
      </w:pPr>
      <w:r>
        <w:rPr>
          <w:color w:val="969696"/>
          <w:sz w:val="17"/>
          <w:lang w:val="it-IT"/>
        </w:rPr>
        <w:t>________________________________________________________________________________</w:t>
      </w:r>
    </w:p>
    <w:p>
      <w:pPr>
        <w:pStyle w:val="Normal"/>
        <w:spacing w:before="0" w:after="40"/>
        <w:rPr>
          <w:lang w:val="it-IT"/>
        </w:rPr>
      </w:pPr>
      <w:r>
        <w:rPr>
          <w:color w:val="969696"/>
          <w:sz w:val="17"/>
          <w:lang w:val="it-IT"/>
        </w:rPr>
        <w:t>________________________________________________________________________________</w:t>
      </w:r>
    </w:p>
    <w:p>
      <w:pPr>
        <w:pStyle w:val="SectionHead"/>
        <w:rPr>
          <w:lang w:val="it-IT"/>
        </w:rPr>
      </w:pPr>
      <w:r>
        <w:rPr>
          <w:lang w:val="it-IT"/>
        </w:rPr>
        <w:t>5.  ALLEGATI</w:t>
      </w:r>
    </w:p>
    <w:p>
      <w:pPr>
        <w:pStyle w:val="Normal"/>
        <w:spacing w:before="0" w:after="100"/>
        <w:rPr>
          <w:lang w:val="it-IT"/>
        </w:rPr>
      </w:pPr>
      <w:r>
        <w:rPr>
          <w:sz w:val="18"/>
          <w:lang w:val="it-IT"/>
        </w:rPr>
        <w:t xml:space="preserve">☐ </w:t>
      </w:r>
      <w:r>
        <w:rPr>
          <w:sz w:val="18"/>
          <w:lang w:val="it-IT"/>
        </w:rPr>
        <w:t xml:space="preserve">Planimetria     ☐ Fotografie     ☐ Elaborati / schemi     ☐ Relazione integrativa  ☐ </w:t>
      </w:r>
      <w:r>
        <w:rPr>
          <w:sz w:val="18"/>
          <w:lang w:val="it-IT"/>
        </w:rPr>
        <w:t xml:space="preserve">Eventuale delega </w:t>
      </w:r>
      <w:r>
        <w:rPr>
          <w:sz w:val="18"/>
          <w:lang w:val="it-IT"/>
        </w:rPr>
        <w:t xml:space="preserve"> ☐ Altro: __________________________</w:t>
      </w:r>
    </w:p>
    <w:p>
      <w:pPr>
        <w:pStyle w:val="SectionHead"/>
        <w:rPr>
          <w:lang w:val="it-IT"/>
        </w:rPr>
      </w:pPr>
      <w:r>
        <w:rPr>
          <w:lang w:val="it-IT"/>
        </w:rPr>
        <w:t>NOTA SUL VALORE DEL CONTRIBUTO</w:t>
      </w:r>
    </w:p>
    <w:tbl>
      <w:tblPr>
        <w:tblW w:w="10426" w:type="dxa"/>
        <w:jc w:val="center"/>
        <w:tblInd w:w="0" w:type="dxa"/>
        <w:tblLayout w:type="fixed"/>
        <w:tblCellMar>
          <w:top w:w="85" w:type="dxa"/>
          <w:start w:w="110" w:type="dxa"/>
          <w:bottom w:w="85" w:type="dxa"/>
          <w:end w:w="110" w:type="dxa"/>
        </w:tblCellMar>
        <w:tblLook w:val="04a0" w:firstRow="1" w:noVBand="1" w:lastRow="0" w:firstColumn="1" w:lastColumn="0" w:noHBand="0"/>
      </w:tblPr>
      <w:tblGrid>
        <w:gridCol w:w="10426"/>
      </w:tblGrid>
      <w:tr>
        <w:trPr/>
        <w:tc>
          <w:tcPr>
            <w:tcW w:w="10426" w:type="dxa"/>
            <w:tcBorders>
              <w:top w:val="single" w:sz="4" w:space="0" w:color="BDBDBD"/>
              <w:start w:val="single" w:sz="4" w:space="0" w:color="BDBDBD"/>
              <w:bottom w:val="single" w:sz="4" w:space="0" w:color="BDBDBD"/>
              <w:end w:val="single" w:sz="4" w:space="0" w:color="BDBDBD"/>
            </w:tcBorders>
            <w:shd w:fill="F4F4F4" w:val="clear"/>
          </w:tcPr>
          <w:p>
            <w:pPr>
              <w:pStyle w:val="Normal"/>
              <w:spacing w:before="0" w:after="0"/>
              <w:rPr>
                <w:lang w:val="it-IT"/>
              </w:rPr>
            </w:pPr>
            <w:r>
              <w:rPr>
                <w:lang w:val="it-IT"/>
              </w:rPr>
              <w:t>Il contributo è acquisito nell’ambito della fase partecipativa di formazione del Piano Operativo. Non costituisce osservazione formale al Piano, non comporta diritto all’accoglimento e non dà luogo a risposta individuale o a specifica controdeduzione. Sarà valutato nel quadro complessivo delle scelte di Piano e dei risultati del percorso partecipativo.</w:t>
            </w:r>
          </w:p>
        </w:tc>
      </w:tr>
    </w:tbl>
    <w:p>
      <w:pPr>
        <w:pStyle w:val="Normal"/>
        <w:spacing w:before="120" w:after="40"/>
        <w:rPr/>
      </w:pPr>
      <w:r>
        <w:rPr>
          <w:b/>
          <w:lang w:val="it-IT"/>
        </w:rPr>
        <w:t xml:space="preserve">Presentazione: </w:t>
      </w:r>
      <w:r>
        <w:rPr>
          <w:b/>
          <w:bCs/>
          <w:lang w:val="it-IT"/>
        </w:rPr>
        <w:t xml:space="preserve">entro 45 giorni </w:t>
      </w:r>
      <w:r>
        <w:rPr>
          <w:lang w:val="it-IT"/>
        </w:rPr>
        <w:t xml:space="preserve">dalla pubblicazione dell’avviso pubblico, tramite Protocollo comunale oppure PEC a </w:t>
      </w:r>
      <w:hyperlink r:id="rId2">
        <w:r>
          <w:rPr>
            <w:rStyle w:val="Style"/>
            <w:color w:val="1F4E79"/>
            <w:u w:val="single"/>
            <w:lang w:val="it-IT"/>
          </w:rPr>
          <w:t>comune.pienza@pec.consorzioterrecablate.it</w:t>
        </w:r>
      </w:hyperlink>
      <w:r>
        <w:rPr>
          <w:lang w:val="it-IT"/>
        </w:rPr>
        <w:t>. Il termine ha finalità organizzative.</w:t>
      </w:r>
    </w:p>
    <w:p>
      <w:pPr>
        <w:pStyle w:val="Normal"/>
        <w:spacing w:before="0" w:after="40"/>
        <w:rPr/>
      </w:pPr>
      <w:r>
        <w:rPr>
          <w:b/>
          <w:lang w:val="it-IT"/>
        </w:rPr>
        <w:t xml:space="preserve">Pagina dedicata al Piano Operativo: </w:t>
      </w:r>
      <w:hyperlink r:id="rId3">
        <w:r>
          <w:rPr>
            <w:rStyle w:val="Hyperlink"/>
            <w:color w:val="1F4E79"/>
            <w:u w:val="single"/>
            <w:lang w:val="it-IT"/>
          </w:rPr>
          <w:t>www.comune.pienza.si.it/novita/nuovo-p-o-del-comune-di-pienza-2026/</w:t>
        </w:r>
      </w:hyperlink>
    </w:p>
    <w:p>
      <w:pPr>
        <w:pStyle w:val="Normal"/>
        <w:spacing w:before="0" w:after="40"/>
        <w:rPr>
          <w:color w:val="1F4E79"/>
          <w:u w:val="single"/>
          <w:lang w:val="it-IT"/>
        </w:rPr>
      </w:pPr>
      <w:r>
        <w:rPr>
          <w:color w:val="1F4E79"/>
          <w:u w:val="single"/>
          <w:lang w:val="it-IT"/>
        </w:rPr>
      </w:r>
    </w:p>
    <w:tbl>
      <w:tblPr>
        <w:tblW w:w="9524" w:type="dxa"/>
        <w:jc w:val="center"/>
        <w:tblInd w:w="0" w:type="dxa"/>
        <w:tblLayout w:type="fixed"/>
        <w:tblCellMar>
          <w:top w:w="50" w:type="dxa"/>
          <w:start w:w="0" w:type="dxa"/>
          <w:bottom w:w="50" w:type="dxa"/>
          <w:end w:w="0" w:type="dxa"/>
        </w:tblCellMar>
        <w:tblLook w:val="04a0" w:firstRow="1" w:noVBand="1" w:lastRow="0" w:firstColumn="1" w:lastColumn="0" w:noHBand="0"/>
      </w:tblPr>
      <w:tblGrid>
        <w:gridCol w:w="4762"/>
        <w:gridCol w:w="4762"/>
      </w:tblGrid>
      <w:tr>
        <w:trPr/>
        <w:tc>
          <w:tcPr>
            <w:tcW w:w="4762" w:type="dxa"/>
            <w:tcBorders/>
          </w:tcPr>
          <w:p>
            <w:pPr>
              <w:pStyle w:val="Normal"/>
              <w:spacing w:before="0" w:after="80"/>
              <w:rPr>
                <w:lang w:val="it-IT"/>
              </w:rPr>
            </w:pPr>
            <w:r>
              <w:rPr>
                <w:lang w:val="it-IT"/>
              </w:rPr>
              <w:t>Data __________________________</w:t>
            </w:r>
          </w:p>
        </w:tc>
        <w:tc>
          <w:tcPr>
            <w:tcW w:w="4762" w:type="dxa"/>
            <w:tcBorders/>
          </w:tcPr>
          <w:p>
            <w:pPr>
              <w:pStyle w:val="Normal"/>
              <w:spacing w:before="0" w:after="80"/>
              <w:jc w:val="end"/>
              <w:rPr>
                <w:lang w:val="it-IT"/>
              </w:rPr>
            </w:pPr>
            <w:r>
              <w:rPr>
                <w:lang w:val="it-IT"/>
              </w:rPr>
              <w:t>Firma _________________________________</w:t>
            </w:r>
          </w:p>
        </w:tc>
      </w:tr>
      <w:tr>
        <w:trPr/>
        <w:tc>
          <w:tcPr>
            <w:tcW w:w="4762" w:type="dxa"/>
            <w:tcBorders/>
          </w:tcPr>
          <w:p>
            <w:pPr>
              <w:pStyle w:val="Normal"/>
              <w:spacing w:before="0" w:after="80"/>
              <w:rPr>
                <w:lang w:val="it-IT"/>
              </w:rPr>
            </w:pPr>
            <w:r>
              <w:rPr>
                <w:lang w:val="it-IT"/>
              </w:rPr>
            </w:r>
          </w:p>
        </w:tc>
        <w:tc>
          <w:tcPr>
            <w:tcW w:w="4762" w:type="dxa"/>
            <w:tcBorders/>
          </w:tcPr>
          <w:p>
            <w:pPr>
              <w:pStyle w:val="Normal"/>
              <w:spacing w:before="0" w:after="80"/>
              <w:jc w:val="end"/>
              <w:rPr>
                <w:lang w:val="it-IT"/>
              </w:rPr>
            </w:pPr>
            <w:r>
              <w:rPr>
                <w:i/>
                <w:color w:val="646464"/>
                <w:sz w:val="16"/>
                <w:lang w:val="it-IT"/>
              </w:rPr>
              <w:t>(del proponente o del rappresentante)</w:t>
            </w:r>
          </w:p>
        </w:tc>
      </w:tr>
    </w:tbl>
    <w:p>
      <w:pPr>
        <w:pStyle w:val="Normal"/>
        <w:spacing w:before="80" w:after="0"/>
        <w:rPr>
          <w:lang w:val="it-IT"/>
        </w:rPr>
      </w:pPr>
      <w:r>
        <w:rPr>
          <w:b/>
          <w:sz w:val="16"/>
          <w:lang w:val="it-IT"/>
        </w:rPr>
        <w:t xml:space="preserve">Privacy. </w:t>
      </w:r>
      <w:r>
        <w:rPr>
          <w:color w:val="5A5A5A"/>
          <w:sz w:val="16"/>
          <w:lang w:val="it-IT"/>
        </w:rPr>
        <w:t>I dati personali saranno trattati esclusivamente per le finalità connesse al procedimento, secondo la normativa vigente e l’informativa privacy del Comune di Pienza.</w:t>
      </w:r>
    </w:p>
    <w:sectPr>
      <w:headerReference w:type="even" r:id="rId4"/>
      <w:headerReference w:type="default" r:id="rId5"/>
      <w:headerReference w:type="first" r:id="rId6"/>
      <w:footerReference w:type="even" r:id="rId7"/>
      <w:footerReference w:type="default" r:id="rId8"/>
      <w:footerReference w:type="first" r:id="rId9"/>
      <w:type w:val="nextPage"/>
      <w:pgSz w:w="12240" w:h="15840"/>
      <w:pgMar w:left="907" w:right="907" w:gutter="0" w:header="340" w:top="794" w:footer="340" w:bottom="79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mbria"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ourier">
    <w:altName w:val="Courier New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0"/>
      <w:jc w:val="center"/>
      <w:rPr>
        <w:lang w:val="it-IT"/>
      </w:rPr>
    </w:pPr>
    <w:r>
      <w:rPr>
        <w:color w:val="6E6E6E"/>
        <w:sz w:val="15"/>
        <w:lang w:val="it-IT"/>
      </w:rPr>
      <w:t>Comune di Pienza · Nuovo Piano Operativo · Modello per contributi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0"/>
      <w:jc w:val="center"/>
      <w:rPr>
        <w:lang w:val="it-IT"/>
      </w:rPr>
    </w:pPr>
    <w:r>
      <w:rPr>
        <w:color w:val="6E6E6E"/>
        <w:sz w:val="15"/>
        <w:lang w:val="it-IT"/>
      </w:rPr>
      <w:t>Comune di Pienza · Nuovo Piano Operativo · Modello per contributi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lang w:val="it-IT"/>
      </w:rPr>
    </w:pPr>
    <w:r>
      <w:rPr>
        <w:lang w:val="it-IT"/>
      </w:rPr>
      <w:drawing>
        <wp:anchor distT="0" distB="0" distL="0" distR="0" simplePos="0" relativeHeight="3" behindDoc="0" locked="0" layoutInCell="0" allowOverlap="1">
          <wp:simplePos x="0" y="0"/>
          <wp:positionH relativeFrom="column">
            <wp:posOffset>121285</wp:posOffset>
          </wp:positionH>
          <wp:positionV relativeFrom="paragraph">
            <wp:posOffset>66040</wp:posOffset>
          </wp:positionV>
          <wp:extent cx="422910" cy="443865"/>
          <wp:effectExtent l="0" t="0" r="0" b="0"/>
          <wp:wrapSquare wrapText="largest"/>
          <wp:docPr id="1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22910" cy="443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tbl>
    <w:tblPr>
      <w:tblW w:w="10091" w:type="dxa"/>
      <w:jc w:val="center"/>
      <w:tblInd w:w="0" w:type="dxa"/>
      <w:tblLayout w:type="fixed"/>
      <w:tblCellMar>
        <w:top w:w="20" w:type="dxa"/>
        <w:start w:w="0" w:type="dxa"/>
        <w:bottom w:w="45" w:type="dxa"/>
        <w:end w:w="0" w:type="dxa"/>
      </w:tblCellMar>
      <w:tblLook w:val="04a0" w:firstRow="1" w:noVBand="1" w:lastRow="0" w:firstColumn="1" w:lastColumn="0" w:noHBand="0"/>
    </w:tblPr>
    <w:tblGrid>
      <w:gridCol w:w="6463"/>
      <w:gridCol w:w="3628"/>
    </w:tblGrid>
    <w:tr>
      <w:trPr/>
      <w:tc>
        <w:tcPr>
          <w:tcW w:w="6463" w:type="dxa"/>
          <w:tcBorders>
            <w:bottom w:val="single" w:sz="12" w:space="0" w:color="1F4E79"/>
          </w:tcBorders>
        </w:tcPr>
        <w:p>
          <w:pPr>
            <w:pStyle w:val="Normal"/>
            <w:spacing w:before="0" w:after="0"/>
            <w:rPr>
              <w:lang w:val="it-IT"/>
            </w:rPr>
          </w:pPr>
          <w:r>
            <w:rPr>
              <w:b/>
              <w:color w:val="1F4E79"/>
              <w:sz w:val="27"/>
              <w:lang w:val="it-IT"/>
            </w:rPr>
            <w:t xml:space="preserve">            </w:t>
          </w:r>
          <w:r>
            <w:rPr>
              <w:b/>
              <w:color w:val="1F4E79"/>
              <w:sz w:val="27"/>
              <w:lang w:val="it-IT"/>
            </w:rPr>
            <w:t>COMUNE DI PIENZA</w:t>
          </w:r>
          <w:r>
            <w:rPr>
              <w:color w:val="5A5A5A"/>
              <w:sz w:val="17"/>
              <w:lang w:val="it-IT"/>
            </w:rPr>
            <w:br/>
            <w:t xml:space="preserve">                    Provincia di Siena</w:t>
          </w:r>
        </w:p>
      </w:tc>
      <w:tc>
        <w:tcPr>
          <w:tcW w:w="3628" w:type="dxa"/>
          <w:tcBorders>
            <w:bottom w:val="single" w:sz="12" w:space="0" w:color="1F4E79"/>
          </w:tcBorders>
        </w:tcPr>
        <w:p>
          <w:pPr>
            <w:pStyle w:val="Normal"/>
            <w:spacing w:before="0" w:after="0"/>
            <w:jc w:val="end"/>
            <w:rPr>
              <w:lang w:val="it-IT"/>
            </w:rPr>
          </w:pPr>
          <w:r>
            <w:rPr>
              <w:b/>
              <w:color w:val="3C3C3C"/>
              <w:sz w:val="18"/>
              <w:lang w:val="it-IT"/>
            </w:rPr>
            <w:t>NUOVO PIANO OPERATIVO</w:t>
          </w:r>
        </w:p>
      </w:tc>
    </w:tr>
  </w:tbl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lang w:val="it-IT"/>
      </w:rPr>
    </w:pPr>
    <w:r>
      <w:rPr>
        <w:lang w:val="it-IT"/>
      </w:rPr>
      <w:drawing>
        <wp:anchor distT="0" distB="0" distL="0" distR="0" simplePos="0" relativeHeight="3" behindDoc="0" locked="0" layoutInCell="0" allowOverlap="1">
          <wp:simplePos x="0" y="0"/>
          <wp:positionH relativeFrom="column">
            <wp:posOffset>121285</wp:posOffset>
          </wp:positionH>
          <wp:positionV relativeFrom="paragraph">
            <wp:posOffset>66040</wp:posOffset>
          </wp:positionV>
          <wp:extent cx="422910" cy="443865"/>
          <wp:effectExtent l="0" t="0" r="0" b="0"/>
          <wp:wrapSquare wrapText="largest"/>
          <wp:docPr id="2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22910" cy="443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tbl>
    <w:tblPr>
      <w:tblW w:w="10091" w:type="dxa"/>
      <w:jc w:val="center"/>
      <w:tblInd w:w="0" w:type="dxa"/>
      <w:tblLayout w:type="fixed"/>
      <w:tblCellMar>
        <w:top w:w="20" w:type="dxa"/>
        <w:start w:w="0" w:type="dxa"/>
        <w:bottom w:w="45" w:type="dxa"/>
        <w:end w:w="0" w:type="dxa"/>
      </w:tblCellMar>
      <w:tblLook w:val="04a0" w:firstRow="1" w:noVBand="1" w:lastRow="0" w:firstColumn="1" w:lastColumn="0" w:noHBand="0"/>
    </w:tblPr>
    <w:tblGrid>
      <w:gridCol w:w="6463"/>
      <w:gridCol w:w="3628"/>
    </w:tblGrid>
    <w:tr>
      <w:trPr/>
      <w:tc>
        <w:tcPr>
          <w:tcW w:w="6463" w:type="dxa"/>
          <w:tcBorders>
            <w:bottom w:val="single" w:sz="12" w:space="0" w:color="1F4E79"/>
          </w:tcBorders>
        </w:tcPr>
        <w:p>
          <w:pPr>
            <w:pStyle w:val="Normal"/>
            <w:spacing w:before="0" w:after="0"/>
            <w:rPr>
              <w:lang w:val="it-IT"/>
            </w:rPr>
          </w:pPr>
          <w:r>
            <w:rPr>
              <w:b/>
              <w:color w:val="1F4E79"/>
              <w:sz w:val="27"/>
              <w:lang w:val="it-IT"/>
            </w:rPr>
            <w:t xml:space="preserve">            </w:t>
          </w:r>
          <w:r>
            <w:rPr>
              <w:b/>
              <w:color w:val="1F4E79"/>
              <w:sz w:val="27"/>
              <w:lang w:val="it-IT"/>
            </w:rPr>
            <w:t>COMUNE DI PIENZA</w:t>
          </w:r>
          <w:r>
            <w:rPr>
              <w:color w:val="5A5A5A"/>
              <w:sz w:val="17"/>
              <w:lang w:val="it-IT"/>
            </w:rPr>
            <w:br/>
            <w:t xml:space="preserve">                    Provincia di Siena</w:t>
          </w:r>
        </w:p>
      </w:tc>
      <w:tc>
        <w:tcPr>
          <w:tcW w:w="3628" w:type="dxa"/>
          <w:tcBorders>
            <w:bottom w:val="single" w:sz="12" w:space="0" w:color="1F4E79"/>
          </w:tcBorders>
        </w:tcPr>
        <w:p>
          <w:pPr>
            <w:pStyle w:val="Normal"/>
            <w:spacing w:before="0" w:after="0"/>
            <w:jc w:val="end"/>
            <w:rPr>
              <w:lang w:val="it-IT"/>
            </w:rPr>
          </w:pPr>
          <w:r>
            <w:rPr>
              <w:b/>
              <w:color w:val="3C3C3C"/>
              <w:sz w:val="18"/>
              <w:lang w:val="it-IT"/>
            </w:rPr>
            <w:t>NUOVO PIANO OPERATIVO</w:t>
          </w:r>
        </w:p>
      </w:tc>
    </w:tr>
  </w:tbl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47" w:before="0" w:after="80"/>
      <w:jc w:val="start"/>
    </w:pPr>
    <w:rPr>
      <w:rFonts w:ascii="Arial" w:hAnsi="Arial" w:eastAsia="Arial" w:cs="" w:cstheme="minorBidi"/>
      <w:color w:val="auto"/>
      <w:kern w:val="0"/>
      <w:sz w:val="18"/>
      <w:szCs w:val="22"/>
      <w:lang w:val="it-IT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Hyperlink">
    <w:name w:val="Hyperlink"/>
    <w:rPr>
      <w:color w:val="00008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8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Lucida Sans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star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it-IT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8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8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8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8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8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8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8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8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8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star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it-IT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Titolouser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paragraph" w:styleId="SectionHead" w:customStyle="1">
    <w:name w:val="SectionHead"/>
    <w:qFormat/>
    <w:pPr>
      <w:keepNext w:val="true"/>
      <w:widowControl/>
      <w:suppressAutoHyphens w:val="true"/>
      <w:bidi w:val="0"/>
      <w:spacing w:lineRule="auto" w:line="276" w:before="160" w:after="80"/>
      <w:jc w:val="start"/>
    </w:pPr>
    <w:rPr>
      <w:rFonts w:ascii="Arial" w:hAnsi="Arial" w:eastAsia="Arial" w:cs=""/>
      <w:b/>
      <w:color w:val="1F4E79"/>
      <w:kern w:val="0"/>
      <w:sz w:val="21"/>
      <w:szCs w:val="22"/>
      <w:lang w:val="it-IT" w:eastAsia="en-US" w:bidi="ar-SA"/>
    </w:rPr>
  </w:style>
  <w:style w:type="numbering" w:styleId="Nessunelencouser" w:default="1">
    <w:name w:val="Nessun elenco (user)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comune.pienza@pec.consorzioterrecablate.it" TargetMode="External"/><Relationship Id="rId3" Type="http://schemas.openxmlformats.org/officeDocument/2006/relationships/hyperlink" Target="http://www.comune.pienza.si.it/novita/nuovo-p-o-del-comune-di-pienza-2026/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<Relationship Id="rId14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Application>LibreOffice/26.2.6.3$Windows_X86_64 LibreOffice_project/8221e31b3ac356a1623c672912a3d2b492f7e3d1</Application>
  <AppVersion>15.0000</AppVersion>
  <Pages>2</Pages>
  <Words>360</Words>
  <Characters>3770</Characters>
  <CharactersWithSpaces>4135</CharactersWithSpaces>
  <Paragraphs>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it-IT</dc:language>
  <cp:lastModifiedBy/>
  <dcterms:modified xsi:type="dcterms:W3CDTF">2026-10-16T09:43:51Z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